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11DF" w14:textId="5B8A3285" w:rsidR="00AC2A3F" w:rsidRDefault="005E6939" w:rsidP="005E693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C0F753" wp14:editId="73EFE888">
                <wp:simplePos x="0" y="0"/>
                <wp:positionH relativeFrom="column">
                  <wp:posOffset>2253615</wp:posOffset>
                </wp:positionH>
                <wp:positionV relativeFrom="paragraph">
                  <wp:posOffset>6985</wp:posOffset>
                </wp:positionV>
                <wp:extent cx="2243138" cy="1200150"/>
                <wp:effectExtent l="0" t="0" r="24130" b="19050"/>
                <wp:wrapNone/>
                <wp:docPr id="10824718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138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7FE87" w14:textId="77777777" w:rsidR="005E6939" w:rsidRPr="00BF0E3A" w:rsidRDefault="005E6939" w:rsidP="005E6939">
                            <w:pPr>
                              <w:jc w:val="center"/>
                              <w:rPr>
                                <w:sz w:val="28"/>
                                <w:szCs w:val="32"/>
                              </w:rPr>
                            </w:pPr>
                            <w:r w:rsidRPr="00BF0E3A">
                              <w:rPr>
                                <w:b/>
                                <w:bCs/>
                                <w:sz w:val="32"/>
                                <w:szCs w:val="36"/>
                              </w:rPr>
                              <w:t>Free food sector training for adults out of paid work for 12 months or more</w:t>
                            </w:r>
                            <w:r w:rsidRPr="00BF0E3A">
                              <w:rPr>
                                <w:sz w:val="28"/>
                                <w:szCs w:val="32"/>
                              </w:rPr>
                              <w:t>.</w:t>
                            </w:r>
                          </w:p>
                          <w:p w14:paraId="4CAAD45F" w14:textId="77777777" w:rsidR="005E6939" w:rsidRDefault="005E693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C0F7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7.45pt;margin-top:.55pt;width:176.65pt;height:94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" fillcolor="white [3201]" strokeweight=".5pt">
                <v:textbox>
                  <w:txbxContent>
                    <w:p w14:paraId="76B7FE87" w14:textId="77777777" w:rsidR="005E6939" w:rsidRPr="00BF0E3A" w:rsidRDefault="005E6939" w:rsidP="005E6939">
                      <w:pPr>
                        <w:jc w:val="center"/>
                        <w:rPr>
                          <w:sz w:val="28"/>
                          <w:szCs w:val="32"/>
                        </w:rPr>
                      </w:pPr>
                      <w:r w:rsidRPr="00BF0E3A">
                        <w:rPr>
                          <w:b/>
                          <w:bCs/>
                          <w:sz w:val="32"/>
                          <w:szCs w:val="36"/>
                        </w:rPr>
                        <w:t>Free food sector training for adults out of paid work for 12 months or more</w:t>
                      </w:r>
                      <w:r w:rsidRPr="00BF0E3A">
                        <w:rPr>
                          <w:sz w:val="28"/>
                          <w:szCs w:val="32"/>
                        </w:rPr>
                        <w:t>.</w:t>
                      </w:r>
                    </w:p>
                    <w:p w14:paraId="4CAAD45F" w14:textId="77777777" w:rsidR="005E6939" w:rsidRDefault="005E6939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636D8E" wp14:editId="3E059BCD">
                <wp:simplePos x="0" y="0"/>
                <wp:positionH relativeFrom="column">
                  <wp:posOffset>4991418</wp:posOffset>
                </wp:positionH>
                <wp:positionV relativeFrom="paragraph">
                  <wp:posOffset>40322</wp:posOffset>
                </wp:positionV>
                <wp:extent cx="1304925" cy="252413"/>
                <wp:effectExtent l="0" t="0" r="9525" b="0"/>
                <wp:wrapNone/>
                <wp:docPr id="3060854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25241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EDD848" w14:textId="482086AC" w:rsidR="005E6939" w:rsidRPr="005E6939" w:rsidRDefault="005E6939">
                            <w:pPr>
                              <w:rPr>
                                <w:b/>
                                <w:bCs/>
                                <w:lang w:val="en-IE"/>
                              </w:rPr>
                            </w:pPr>
                            <w:r w:rsidRPr="005E6939">
                              <w:rPr>
                                <w:b/>
                                <w:bCs/>
                                <w:lang w:val="en-IE"/>
                              </w:rPr>
                              <w:t xml:space="preserve">Brought to you by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636D8E" id="Text Box 1" o:spid="_x0000_s1027" type="#_x0000_t202" style="position:absolute;margin-left:393.05pt;margin-top:3.15pt;width:102.75pt;height:1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" fillcolor="white [3201]" stroked="f" strokeweight=".5pt">
                <v:textbox>
                  <w:txbxContent>
                    <w:p w14:paraId="5AEDD848" w14:textId="482086AC" w:rsidR="005E6939" w:rsidRPr="005E6939" w:rsidRDefault="005E6939">
                      <w:pPr>
                        <w:rPr>
                          <w:b/>
                          <w:bCs/>
                          <w:lang w:val="en-IE"/>
                        </w:rPr>
                      </w:pPr>
                      <w:r w:rsidRPr="005E6939">
                        <w:rPr>
                          <w:b/>
                          <w:bCs/>
                          <w:lang w:val="en-IE"/>
                        </w:rPr>
                        <w:t xml:space="preserve">Brought to you by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2F25755" wp14:editId="094BC109">
            <wp:extent cx="1828800" cy="10398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039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D7F0256" wp14:editId="39070D01">
            <wp:extent cx="842963" cy="683342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dhub_exac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1978" cy="6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</w:rPr>
        <w:drawing>
          <wp:inline distT="0" distB="0" distL="0" distR="0" wp14:anchorId="2AD3758D" wp14:editId="165D625B">
            <wp:extent cx="628650" cy="620268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lp_exac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6218" cy="62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F211E" w14:textId="77777777" w:rsidR="005E6939" w:rsidRDefault="005E6939" w:rsidP="000E5C0A">
      <w:pPr>
        <w:pStyle w:val="Title"/>
        <w:jc w:val="center"/>
        <w:rPr>
          <w:rFonts w:ascii="Calibri" w:hAnsi="Calibri"/>
        </w:rPr>
      </w:pPr>
    </w:p>
    <w:p w14:paraId="05388AE1" w14:textId="55B89168" w:rsidR="000E5C0A" w:rsidRDefault="00000000" w:rsidP="000E5C0A">
      <w:pPr>
        <w:pStyle w:val="Title"/>
        <w:jc w:val="center"/>
      </w:pPr>
      <w:r w:rsidRPr="00BF0E3A">
        <w:rPr>
          <w:rFonts w:ascii="Calibri" w:hAnsi="Calibri"/>
        </w:rPr>
        <w:t>Participant</w:t>
      </w:r>
      <w:r>
        <w:rPr>
          <w:rFonts w:ascii="Calibri" w:hAnsi="Calibri"/>
        </w:rPr>
        <w:t xml:space="preserve"> application form</w:t>
      </w:r>
    </w:p>
    <w:p w14:paraId="2EB80A85" w14:textId="555168E2" w:rsidR="00BF0E3A" w:rsidRPr="004B2FC1" w:rsidRDefault="00000000" w:rsidP="00BF0E3A">
      <w:pPr>
        <w:jc w:val="center"/>
        <w:rPr>
          <w:b/>
          <w:color w:val="76923C" w:themeColor="accent3" w:themeShade="BF"/>
          <w:sz w:val="36"/>
          <w:szCs w:val="36"/>
        </w:rPr>
      </w:pPr>
      <w:r w:rsidRPr="004B2FC1">
        <w:rPr>
          <w:b/>
          <w:color w:val="76923C" w:themeColor="accent3" w:themeShade="BF"/>
          <w:sz w:val="36"/>
          <w:szCs w:val="36"/>
        </w:rPr>
        <w:t xml:space="preserve">Apply before </w:t>
      </w:r>
      <w:r w:rsidR="004B2FC1" w:rsidRPr="004B2FC1">
        <w:rPr>
          <w:b/>
          <w:color w:val="76923C" w:themeColor="accent3" w:themeShade="BF"/>
          <w:sz w:val="36"/>
          <w:szCs w:val="36"/>
        </w:rPr>
        <w:t>14</w:t>
      </w:r>
      <w:r w:rsidRPr="004B2FC1">
        <w:rPr>
          <w:b/>
          <w:color w:val="76923C" w:themeColor="accent3" w:themeShade="BF"/>
          <w:sz w:val="36"/>
          <w:szCs w:val="36"/>
        </w:rPr>
        <w:t>th November 2026</w:t>
      </w:r>
      <w:r w:rsidR="00BF0E3A" w:rsidRPr="004B2FC1">
        <w:rPr>
          <w:b/>
          <w:color w:val="76923C" w:themeColor="accent3" w:themeShade="BF"/>
          <w:sz w:val="36"/>
          <w:szCs w:val="36"/>
        </w:rPr>
        <w:t xml:space="preserve"> </w:t>
      </w:r>
    </w:p>
    <w:p w14:paraId="65786894" w14:textId="77777777" w:rsidR="000E5C0A" w:rsidRDefault="000E5C0A" w:rsidP="000E5C0A">
      <w:pPr>
        <w:spacing w:after="0" w:line="60" w:lineRule="exact"/>
      </w:pPr>
    </w:p>
    <w:p w14:paraId="5750F4EB" w14:textId="77777777" w:rsidR="00361C5F" w:rsidRDefault="00000000">
      <w:pPr>
        <w:spacing w:after="100"/>
      </w:pPr>
      <w:r>
        <w:rPr>
          <w:noProof/>
        </w:rPr>
        <w:drawing>
          <wp:inline distT="0" distB="0" distL="0" distR="0" wp14:anchorId="70CAD4C2" wp14:editId="30511A94">
            <wp:extent cx="6583680" cy="21945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xec-e6846aa0-ca7f-4c38-8f45-c1e0a1ddaff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0BE93" w14:textId="77777777" w:rsidR="00361C5F" w:rsidRPr="00BF0E3A" w:rsidRDefault="00BF0E3A" w:rsidP="00BF0E3A">
      <w:pPr>
        <w:pStyle w:val="ListParagraph"/>
        <w:numPr>
          <w:ilvl w:val="0"/>
          <w:numId w:val="11"/>
        </w:numPr>
        <w:spacing w:after="80"/>
        <w:rPr>
          <w:sz w:val="22"/>
          <w:szCs w:val="24"/>
        </w:rPr>
      </w:pPr>
      <w:r w:rsidRPr="00BF0E3A">
        <w:rPr>
          <w:szCs w:val="24"/>
        </w:rPr>
        <w:t>The Foundation</w:t>
      </w:r>
      <w:r>
        <w:rPr>
          <w:szCs w:val="24"/>
        </w:rPr>
        <w:t xml:space="preserve"> of 30 hours spread across </w:t>
      </w:r>
      <w:r w:rsidRPr="00BF0E3A">
        <w:rPr>
          <w:szCs w:val="24"/>
        </w:rPr>
        <w:t>7 days over 2 weeks, usually 10am to 3pm. Final day ends at 1.30pm. Includes 30 minutes of breaks each day.</w:t>
      </w:r>
    </w:p>
    <w:p w14:paraId="7E2BFA1F" w14:textId="77777777" w:rsidR="00BF0E3A" w:rsidRPr="00BF0E3A" w:rsidRDefault="00BF0E3A" w:rsidP="00BF0E3A">
      <w:pPr>
        <w:pStyle w:val="ListParagraph"/>
        <w:numPr>
          <w:ilvl w:val="0"/>
          <w:numId w:val="11"/>
        </w:numPr>
        <w:spacing w:after="80"/>
        <w:rPr>
          <w:sz w:val="22"/>
          <w:szCs w:val="24"/>
        </w:rPr>
      </w:pPr>
      <w:r>
        <w:rPr>
          <w:szCs w:val="24"/>
        </w:rPr>
        <w:t>Pick a pathway for specific training in key areas and complete 70 hours of practical training</w:t>
      </w:r>
    </w:p>
    <w:p w14:paraId="7827669A" w14:textId="77777777" w:rsidR="00BF0E3A" w:rsidRPr="00BF0E3A" w:rsidRDefault="00BF0E3A" w:rsidP="00BF0E3A">
      <w:pPr>
        <w:pStyle w:val="ListParagraph"/>
        <w:numPr>
          <w:ilvl w:val="0"/>
          <w:numId w:val="11"/>
        </w:numPr>
        <w:spacing w:after="80"/>
        <w:rPr>
          <w:sz w:val="22"/>
          <w:szCs w:val="24"/>
        </w:rPr>
      </w:pPr>
      <w:r>
        <w:rPr>
          <w:szCs w:val="24"/>
        </w:rPr>
        <w:t xml:space="preserve">15 people will have the chance for a </w:t>
      </w:r>
      <w:proofErr w:type="gramStart"/>
      <w:r>
        <w:rPr>
          <w:szCs w:val="24"/>
        </w:rPr>
        <w:t>12 month</w:t>
      </w:r>
      <w:proofErr w:type="gramEnd"/>
      <w:r>
        <w:rPr>
          <w:szCs w:val="24"/>
        </w:rPr>
        <w:t xml:space="preserve"> paid work placement with an employer</w:t>
      </w:r>
    </w:p>
    <w:p w14:paraId="1A981F27" w14:textId="77777777" w:rsidR="00BF0E3A" w:rsidRDefault="00BF0E3A">
      <w:pPr>
        <w:rPr>
          <w:b/>
        </w:rPr>
      </w:pPr>
    </w:p>
    <w:p w14:paraId="2CE4CEF3" w14:textId="77777777" w:rsidR="005E6939" w:rsidRDefault="00000000">
      <w:pPr>
        <w:rPr>
          <w:b/>
        </w:rPr>
      </w:pPr>
      <w:r>
        <w:rPr>
          <w:b/>
        </w:rPr>
        <w:t xml:space="preserve">Complete this form, save a copy and email it to </w:t>
      </w:r>
      <w:hyperlink r:id="rId12" w:history="1">
        <w:r w:rsidR="00BF0E3A" w:rsidRPr="00F20BDB">
          <w:rPr>
            <w:rStyle w:val="Hyperlink"/>
            <w:b/>
          </w:rPr>
          <w:t>hello@foodenteprise.zone</w:t>
        </w:r>
      </w:hyperlink>
    </w:p>
    <w:p w14:paraId="58EFE2B9" w14:textId="39953A27" w:rsidR="00AC2A3F" w:rsidRDefault="00BF0E3A">
      <w:r>
        <w:rPr>
          <w:b/>
        </w:rPr>
        <w:t xml:space="preserve"> </w:t>
      </w:r>
      <w:r>
        <w:t>You can apply with help by telephone or in person. Our team will explain the next steps.</w:t>
      </w:r>
      <w:r w:rsidR="000E5C0A">
        <w:t xml:space="preserve"> </w:t>
      </w:r>
    </w:p>
    <w:p w14:paraId="05D9BEF5" w14:textId="77777777" w:rsidR="00BF0E3A" w:rsidRDefault="00BF0E3A"/>
    <w:p w14:paraId="0D7F7820" w14:textId="77777777" w:rsidR="000E5C0A" w:rsidRDefault="000E5C0A">
      <w:pPr>
        <w:spacing w:after="0" w:line="60" w:lineRule="exact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78"/>
        <w:gridCol w:w="5178"/>
      </w:tblGrid>
      <w:tr w:rsidR="00AC2A3F" w14:paraId="68907D5F" w14:textId="77777777"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E302329" w14:textId="77777777" w:rsidR="00AC2A3F" w:rsidRDefault="00000000">
            <w:r>
              <w:rPr>
                <w:b/>
              </w:rPr>
              <w:t>Full name</w:t>
            </w:r>
          </w:p>
          <w:p w14:paraId="47C1DD4C" w14:textId="77777777" w:rsidR="00AC2A3F" w:rsidRDefault="00AC2A3F"/>
        </w:tc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3537AC2" w14:textId="77777777" w:rsidR="00AC2A3F" w:rsidRDefault="00000000">
            <w:r>
              <w:rPr>
                <w:b/>
              </w:rPr>
              <w:t>Preferred name (optional)</w:t>
            </w:r>
          </w:p>
          <w:p w14:paraId="64994F9F" w14:textId="77777777" w:rsidR="00AC2A3F" w:rsidRDefault="00AC2A3F"/>
        </w:tc>
      </w:tr>
      <w:tr w:rsidR="00AC2A3F" w14:paraId="0E06D7BA" w14:textId="77777777"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A2693F6" w14:textId="77777777" w:rsidR="00AC2A3F" w:rsidRDefault="00000000">
            <w:r>
              <w:rPr>
                <w:b/>
              </w:rPr>
              <w:t>Telephone</w:t>
            </w:r>
          </w:p>
          <w:p w14:paraId="0506EDCE" w14:textId="77777777" w:rsidR="00AC2A3F" w:rsidRDefault="00AC2A3F"/>
        </w:tc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5DDBC78" w14:textId="77777777" w:rsidR="00AC2A3F" w:rsidRDefault="00000000">
            <w:r>
              <w:rPr>
                <w:b/>
              </w:rPr>
              <w:t>Email</w:t>
            </w:r>
          </w:p>
          <w:p w14:paraId="5694301E" w14:textId="77777777" w:rsidR="00AC2A3F" w:rsidRDefault="00AC2A3F"/>
        </w:tc>
      </w:tr>
      <w:tr w:rsidR="00AC2A3F" w14:paraId="5268DD44" w14:textId="77777777"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378EB278" w14:textId="77777777" w:rsidR="00AC2A3F" w:rsidRDefault="00000000">
            <w:r>
              <w:rPr>
                <w:b/>
              </w:rPr>
              <w:t>Town / local area</w:t>
            </w:r>
          </w:p>
          <w:p w14:paraId="78616C66" w14:textId="77777777" w:rsidR="00AC2A3F" w:rsidRDefault="00AC2A3F"/>
        </w:tc>
        <w:tc>
          <w:tcPr>
            <w:tcW w:w="5184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4C8877D8" w14:textId="77777777" w:rsidR="00AC2A3F" w:rsidRDefault="00000000">
            <w:r>
              <w:rPr>
                <w:b/>
              </w:rPr>
              <w:t>How did you hear about FUSE? (optional)</w:t>
            </w:r>
          </w:p>
          <w:p w14:paraId="2A6A7DCD" w14:textId="77777777" w:rsidR="00AC2A3F" w:rsidRDefault="00AC2A3F"/>
        </w:tc>
      </w:tr>
    </w:tbl>
    <w:p w14:paraId="1BFD5199" w14:textId="77777777" w:rsidR="000E5C0A" w:rsidRDefault="000E5C0A">
      <w:pPr>
        <w:spacing w:after="0" w:line="60" w:lineRule="exact"/>
      </w:pPr>
    </w:p>
    <w:p w14:paraId="60301087" w14:textId="77777777" w:rsidR="00BF0E3A" w:rsidRDefault="00000000" w:rsidP="00BF0E3A">
      <w:pPr>
        <w:keepNext/>
      </w:pPr>
      <w:r>
        <w:t>Please provide a telephone number or email address so we can contact you.</w:t>
      </w:r>
      <w:r w:rsidR="00BF0E3A">
        <w:t xml:space="preserve"> </w:t>
      </w:r>
    </w:p>
    <w:p w14:paraId="2EF702DB" w14:textId="77777777" w:rsidR="00AC2A3F" w:rsidRPr="00BF0E3A" w:rsidRDefault="00AC2A3F">
      <w:pPr>
        <w:rPr>
          <w:sz w:val="6"/>
          <w:szCs w:val="8"/>
        </w:rPr>
      </w:pPr>
    </w:p>
    <w:p w14:paraId="5535500B" w14:textId="77777777" w:rsidR="00AC2A3F" w:rsidRDefault="00000000">
      <w:r>
        <w:rPr>
          <w:b/>
        </w:rPr>
        <w:t>How would you like us to contact you?</w:t>
      </w:r>
    </w:p>
    <w:p w14:paraId="794C9095" w14:textId="77777777" w:rsidR="000E5C0A" w:rsidRDefault="00000000">
      <w:r>
        <w:t>☐ Telephone     ☐ Text message     ☐ Email</w:t>
      </w:r>
      <w:r w:rsidR="000E5C0A">
        <w:t xml:space="preserve">   </w:t>
      </w:r>
    </w:p>
    <w:p w14:paraId="09539520" w14:textId="77777777" w:rsidR="00BF0E3A" w:rsidRDefault="000E5C0A">
      <w:r>
        <w:t xml:space="preserve"> </w:t>
      </w:r>
    </w:p>
    <w:p w14:paraId="668C9CCD" w14:textId="62B91996" w:rsidR="00AC2A3F" w:rsidRDefault="00000000">
      <w:r>
        <w:rPr>
          <w:b/>
        </w:rPr>
        <w:t>Preferred venue (</w:t>
      </w:r>
      <w:r w:rsidR="00BF0E3A">
        <w:t>Delivery at each venue is subject to numbers</w:t>
      </w:r>
      <w:r w:rsidR="004B2FC1">
        <w:t xml:space="preserve"> and availability</w:t>
      </w:r>
      <w:r>
        <w:rPr>
          <w:b/>
        </w:rPr>
        <w:t>)</w:t>
      </w:r>
    </w:p>
    <w:p w14:paraId="3B685CCF" w14:textId="77777777" w:rsidR="00AC2A3F" w:rsidRDefault="00000000">
      <w:r>
        <w:t>☐ The Food Hub, Drumshanbo</w:t>
      </w:r>
      <w:r w:rsidR="00BF0E3A">
        <w:t>, Co. Leitrim</w:t>
      </w:r>
      <w:r>
        <w:t xml:space="preserve">    ☐ An </w:t>
      </w:r>
      <w:proofErr w:type="spellStart"/>
      <w:r>
        <w:t>Chistin</w:t>
      </w:r>
      <w:proofErr w:type="spellEnd"/>
      <w:r>
        <w:t>, Castlerea</w:t>
      </w:r>
      <w:r w:rsidR="00BF0E3A">
        <w:t>, Co. Roscommon</w:t>
      </w:r>
    </w:p>
    <w:p w14:paraId="2DBD401A" w14:textId="77777777" w:rsidR="000E5C0A" w:rsidRDefault="000E5C0A">
      <w:pPr>
        <w:spacing w:after="0" w:line="60" w:lineRule="exact"/>
      </w:pPr>
    </w:p>
    <w:p w14:paraId="5050E330" w14:textId="77777777" w:rsidR="000E5C0A" w:rsidRDefault="000E5C0A">
      <w:pPr>
        <w:spacing w:after="0" w:line="60" w:lineRule="exact"/>
      </w:pPr>
    </w:p>
    <w:p w14:paraId="4A2875B0" w14:textId="77777777" w:rsidR="00BF0E3A" w:rsidRDefault="00000000" w:rsidP="00BF0E3A">
      <w:pPr>
        <w:keepNext/>
      </w:pPr>
      <w:r>
        <w:t xml:space="preserve">☐ </w:t>
      </w:r>
      <w:r w:rsidRPr="000E5C0A">
        <w:rPr>
          <w:b/>
          <w:bCs/>
        </w:rPr>
        <w:t>I would like to discuss support or arrangements for taking part.</w:t>
      </w:r>
      <w:r w:rsidR="000E5C0A">
        <w:t xml:space="preserve">   </w:t>
      </w:r>
      <w:r w:rsidR="00BF0E3A">
        <w:t xml:space="preserve">Your answers help us plan learning and </w:t>
      </w:r>
      <w:proofErr w:type="gramStart"/>
      <w:r w:rsidR="00BF0E3A">
        <w:t>support with</w:t>
      </w:r>
      <w:proofErr w:type="gramEnd"/>
      <w:r w:rsidR="00BF0E3A">
        <w:t xml:space="preserve"> you. You can ask for help or choose to discuss a question privately with our team. Our team can discuss access, travel, language, digital or caring needs with you.</w:t>
      </w:r>
      <w:r>
        <w:rPr>
          <w:noProof/>
        </w:rPr>
        <w:drawing>
          <wp:anchor distT="0" distB="0" distL="0" distR="0" simplePos="0" relativeHeight="251658240" behindDoc="1" locked="0" layoutInCell="1" allowOverlap="1" wp14:anchorId="09310D93" wp14:editId="39E281F7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D37C532" w14:textId="77777777" w:rsidR="00BF0E3A" w:rsidRDefault="00BF0E3A" w:rsidP="00BF0E3A">
      <w:pPr>
        <w:keepNext/>
      </w:pPr>
    </w:p>
    <w:p w14:paraId="2F94C3FD" w14:textId="77777777" w:rsidR="00BF0E3A" w:rsidRDefault="00BF0E3A" w:rsidP="00BF0E3A">
      <w:r>
        <w:rPr>
          <w:b/>
        </w:rPr>
        <w:t xml:space="preserve">Which pathways interest you? Select </w:t>
      </w:r>
      <w:proofErr w:type="gramStart"/>
      <w:r>
        <w:rPr>
          <w:b/>
        </w:rPr>
        <w:t>any, or</w:t>
      </w:r>
      <w:proofErr w:type="gramEnd"/>
      <w:r>
        <w:rPr>
          <w:b/>
        </w:rPr>
        <w:t xml:space="preserve"> ask us to help you choose.</w:t>
      </w:r>
    </w:p>
    <w:p w14:paraId="792F9CEB" w14:textId="77777777" w:rsidR="00BF0E3A" w:rsidRDefault="00BF0E3A" w:rsidP="00BF0E3A">
      <w:r>
        <w:t>☐ Culinary production     ☐ Cooking     ☐ Butchery</w:t>
      </w:r>
      <w:r>
        <w:tab/>
        <w:t>☐ Catering     ☐ Help me choose</w:t>
      </w:r>
    </w:p>
    <w:p w14:paraId="32A3E5AC" w14:textId="77777777" w:rsidR="000E5C0A" w:rsidRDefault="000E5C0A" w:rsidP="000E5C0A">
      <w:pPr>
        <w:spacing w:after="0" w:line="60" w:lineRule="exact"/>
      </w:pPr>
    </w:p>
    <w:p w14:paraId="54AECC87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1. Education and learning</w:t>
      </w:r>
    </w:p>
    <w:p w14:paraId="50E9371A" w14:textId="77777777" w:rsidR="00AC2A3F" w:rsidRDefault="00000000">
      <w:r>
        <w:rPr>
          <w:b/>
        </w:rPr>
        <w:t>Tell us about</w:t>
      </w:r>
      <w:r w:rsidR="000E5C0A">
        <w:rPr>
          <w:b/>
        </w:rPr>
        <w:t xml:space="preserve"> any</w:t>
      </w:r>
      <w:r>
        <w:rPr>
          <w:b/>
        </w:rPr>
        <w:t xml:space="preserve"> school, college, training or certificates you have completed.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29751D3F" w14:textId="77777777">
        <w:trPr>
          <w:trHeight w:val="144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1DF3B50B" w14:textId="77777777" w:rsidR="00AC2A3F" w:rsidRDefault="00000000">
            <w:r>
              <w:br/>
            </w:r>
            <w:r>
              <w:br/>
            </w:r>
            <w:r>
              <w:br/>
            </w:r>
          </w:p>
        </w:tc>
      </w:tr>
    </w:tbl>
    <w:p w14:paraId="0CEFC0D9" w14:textId="77777777" w:rsidR="00AC2A3F" w:rsidRDefault="00AC2A3F">
      <w:pPr>
        <w:spacing w:after="0" w:line="60" w:lineRule="exact"/>
      </w:pPr>
    </w:p>
    <w:p w14:paraId="64C5F8D5" w14:textId="77777777" w:rsidR="00AC2A3F" w:rsidRPr="000E5C0A" w:rsidRDefault="00000000">
      <w:pPr>
        <w:rPr>
          <w:b/>
          <w:bCs/>
        </w:rPr>
      </w:pPr>
      <w:r w:rsidRPr="000E5C0A">
        <w:rPr>
          <w:b/>
          <w:bCs/>
        </w:rPr>
        <w:t>Include learning completed in Ireland or another country. Brief answers are welcome.</w:t>
      </w:r>
    </w:p>
    <w:p w14:paraId="19E7DF78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2. Skills and confidence</w:t>
      </w:r>
    </w:p>
    <w:p w14:paraId="6F74BB22" w14:textId="77777777" w:rsidR="00AC2A3F" w:rsidRDefault="00000000">
      <w:r>
        <w:t>For each area, choose the answer that suits you today.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89"/>
        <w:gridCol w:w="2589"/>
        <w:gridCol w:w="2589"/>
        <w:gridCol w:w="2589"/>
      </w:tblGrid>
      <w:tr w:rsidR="00AC2A3F" w14:paraId="034E6172" w14:textId="77777777"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6C3BFE8F" w14:textId="77777777" w:rsidR="00AC2A3F" w:rsidRDefault="00000000">
            <w:r>
              <w:rPr>
                <w:color w:val="FFFFFF"/>
              </w:rPr>
              <w:t>Area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54A1B3DA" w14:textId="77777777" w:rsidR="00AC2A3F" w:rsidRDefault="00000000">
            <w:r>
              <w:rPr>
                <w:color w:val="FFFFFF"/>
              </w:rPr>
              <w:t>Confident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5A7D8E6E" w14:textId="77777777" w:rsidR="00AC2A3F" w:rsidRDefault="00000000">
            <w:r>
              <w:rPr>
                <w:color w:val="FFFFFF"/>
              </w:rPr>
              <w:t>Some support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shd w:val="clear" w:color="auto" w:fill="132F5E"/>
          </w:tcPr>
          <w:p w14:paraId="1DCE02CE" w14:textId="77777777" w:rsidR="00AC2A3F" w:rsidRDefault="00000000">
            <w:r>
              <w:rPr>
                <w:color w:val="FFFFFF"/>
              </w:rPr>
              <w:t>Discuss privately</w:t>
            </w:r>
          </w:p>
        </w:tc>
      </w:tr>
      <w:tr w:rsidR="00AC2A3F" w14:paraId="1A5A0B1F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0FD0643" w14:textId="77777777" w:rsidR="00AC2A3F" w:rsidRDefault="00000000">
            <w:r>
              <w:t>Reading and following instructions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35E62CDB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5A53A958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5694825D" w14:textId="77777777" w:rsidR="00AC2A3F" w:rsidRDefault="00000000">
            <w:r>
              <w:t>☐</w:t>
            </w:r>
          </w:p>
        </w:tc>
      </w:tr>
      <w:tr w:rsidR="00AC2A3F" w14:paraId="3C0CF2D9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B6955DE" w14:textId="77777777" w:rsidR="00AC2A3F" w:rsidRDefault="00000000">
            <w:r>
              <w:t>Everyday numbers and measuring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30FE290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373A200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361AC539" w14:textId="77777777" w:rsidR="00AC2A3F" w:rsidRDefault="00000000">
            <w:r>
              <w:t>☐</w:t>
            </w:r>
          </w:p>
        </w:tc>
      </w:tr>
      <w:tr w:rsidR="00AC2A3F" w14:paraId="3C74AEFC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57CD5230" w14:textId="77777777" w:rsidR="00AC2A3F" w:rsidRDefault="00000000">
            <w:r>
              <w:t>Using a phone or computer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7AD6CFBB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1DEC200A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695D0B7" w14:textId="77777777" w:rsidR="00AC2A3F" w:rsidRDefault="00000000">
            <w:r>
              <w:t>☐</w:t>
            </w:r>
          </w:p>
        </w:tc>
      </w:tr>
      <w:tr w:rsidR="00AC2A3F" w14:paraId="26EF610A" w14:textId="77777777">
        <w:trPr>
          <w:trHeight w:val="619"/>
        </w:trPr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369BD5B" w14:textId="77777777" w:rsidR="00AC2A3F" w:rsidRDefault="00000000">
            <w:r>
              <w:t>Communicating during training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6A9234A8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5FB00C1" w14:textId="77777777" w:rsidR="00AC2A3F" w:rsidRDefault="00000000">
            <w:r>
              <w:t>☐</w:t>
            </w:r>
          </w:p>
        </w:tc>
        <w:tc>
          <w:tcPr>
            <w:tcW w:w="2592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</w:tcPr>
          <w:p w14:paraId="095898ED" w14:textId="77777777" w:rsidR="00AC2A3F" w:rsidRDefault="00000000">
            <w:r>
              <w:t>☐</w:t>
            </w:r>
          </w:p>
        </w:tc>
      </w:tr>
    </w:tbl>
    <w:p w14:paraId="486A852A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3. Work and other experience</w:t>
      </w:r>
    </w:p>
    <w:p w14:paraId="39836F81" w14:textId="77777777" w:rsidR="00AC2A3F" w:rsidRDefault="00000000">
      <w:r>
        <w:rPr>
          <w:b/>
        </w:rPr>
        <w:t>Paid work, volunteering, caring, home cooking or other useful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4FE9CF87" w14:textId="77777777">
        <w:trPr>
          <w:trHeight w:val="144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02597A23" w14:textId="77777777" w:rsidR="00BF0E3A" w:rsidRDefault="00000000">
            <w:r>
              <w:br/>
            </w:r>
            <w:r>
              <w:br/>
            </w:r>
          </w:p>
          <w:p w14:paraId="3DAF5520" w14:textId="77777777" w:rsidR="00BF0E3A" w:rsidRDefault="00BF0E3A"/>
          <w:p w14:paraId="0A618040" w14:textId="77777777" w:rsidR="00BF0E3A" w:rsidRDefault="00BF0E3A"/>
          <w:p w14:paraId="5981D6A3" w14:textId="77777777" w:rsidR="00BF0E3A" w:rsidRDefault="00BF0E3A"/>
          <w:p w14:paraId="65141EAD" w14:textId="77777777" w:rsidR="00AC2A3F" w:rsidRDefault="00000000">
            <w:r>
              <w:br/>
            </w:r>
          </w:p>
        </w:tc>
      </w:tr>
    </w:tbl>
    <w:p w14:paraId="57CB5179" w14:textId="77777777" w:rsidR="00AC2A3F" w:rsidRDefault="00AC2A3F">
      <w:pPr>
        <w:spacing w:after="0" w:line="60" w:lineRule="exact"/>
      </w:pPr>
    </w:p>
    <w:p w14:paraId="2E016A39" w14:textId="77777777" w:rsidR="00AC2A3F" w:rsidRDefault="00000000">
      <w:r>
        <w:rPr>
          <w:b/>
        </w:rPr>
        <w:t>How long have you been away from paid work?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338E8FAE" w14:textId="77777777">
        <w:trPr>
          <w:trHeight w:val="432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0754C954" w14:textId="77777777" w:rsidR="00AC2A3F" w:rsidRDefault="00AC2A3F"/>
          <w:p w14:paraId="5ABC4CF8" w14:textId="77777777" w:rsidR="00BF0E3A" w:rsidRDefault="00BF0E3A"/>
          <w:p w14:paraId="04E19B71" w14:textId="77777777" w:rsidR="00BF0E3A" w:rsidRDefault="00BF0E3A"/>
          <w:p w14:paraId="5E14ED41" w14:textId="77777777" w:rsidR="00BF0E3A" w:rsidRDefault="00BF0E3A"/>
          <w:p w14:paraId="63DEC116" w14:textId="77777777" w:rsidR="00BF0E3A" w:rsidRDefault="00BF0E3A"/>
          <w:p w14:paraId="73A24719" w14:textId="77777777" w:rsidR="00BF0E3A" w:rsidRDefault="00BF0E3A"/>
        </w:tc>
      </w:tr>
    </w:tbl>
    <w:p w14:paraId="7F2ADAF4" w14:textId="77777777" w:rsidR="00AC2A3F" w:rsidRDefault="00AC2A3F">
      <w:pPr>
        <w:spacing w:after="0" w:line="60" w:lineRule="exact"/>
      </w:pPr>
    </w:p>
    <w:p w14:paraId="2A1EAD31" w14:textId="77777777" w:rsidR="00AC2A3F" w:rsidRDefault="00000000" w:rsidP="00BF0E3A">
      <w:r>
        <w:br w:type="page"/>
      </w:r>
      <w:r w:rsidR="00BF0E3A">
        <w:rPr>
          <w:b/>
          <w:color w:val="B54F32"/>
          <w:sz w:val="24"/>
        </w:rPr>
        <w:lastRenderedPageBreak/>
        <w:t>4. Y</w:t>
      </w:r>
      <w:r>
        <w:rPr>
          <w:b/>
          <w:color w:val="B54F32"/>
          <w:sz w:val="24"/>
        </w:rPr>
        <w:t>our food experience</w:t>
      </w:r>
      <w:r>
        <w:rPr>
          <w:noProof/>
        </w:rPr>
        <w:drawing>
          <wp:anchor distT="0" distB="0" distL="0" distR="0" simplePos="0" relativeHeight="251659264" behindDoc="1" locked="0" layoutInCell="1" allowOverlap="1" wp14:anchorId="41A0B819" wp14:editId="4DC368F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E6EFAA" w14:textId="77777777" w:rsidR="00BF0E3A" w:rsidRDefault="00000000">
      <w:r>
        <w:t>Tell us about any experience with food. Home cooking, baking, preparing meals for others, volunteering and paid food work all count.</w:t>
      </w:r>
      <w:r w:rsidR="00BF0E3A">
        <w:t xml:space="preserve"> </w:t>
      </w:r>
    </w:p>
    <w:p w14:paraId="378535CF" w14:textId="77777777" w:rsidR="00AC2A3F" w:rsidRDefault="00000000">
      <w:r>
        <w:rPr>
          <w:b/>
        </w:rPr>
        <w:t>What have you done, and which food tasks do you enjoy?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75E1878C" w14:textId="77777777">
        <w:trPr>
          <w:trHeight w:val="2016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0C6E1327" w14:textId="77777777" w:rsidR="00AC2A3F" w:rsidRDefault="00000000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</w:tbl>
    <w:p w14:paraId="6819F187" w14:textId="77777777" w:rsidR="00AC2A3F" w:rsidRDefault="00AC2A3F">
      <w:pPr>
        <w:spacing w:after="0" w:line="60" w:lineRule="exact"/>
      </w:pPr>
    </w:p>
    <w:p w14:paraId="4653C8FF" w14:textId="77777777" w:rsidR="000E5C0A" w:rsidRDefault="00000000">
      <w:r>
        <w:t>You can also write “I am new to this” or ask us to help you describe your experience.</w:t>
      </w:r>
    </w:p>
    <w:p w14:paraId="1752A945" w14:textId="77777777" w:rsidR="000E5C0A" w:rsidRDefault="000E5C0A">
      <w:pPr>
        <w:spacing w:after="0" w:line="60" w:lineRule="exact"/>
      </w:pPr>
    </w:p>
    <w:p w14:paraId="59346C3E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5. Benefits or support payments (optional)</w:t>
      </w:r>
    </w:p>
    <w:p w14:paraId="4B297EDC" w14:textId="77777777" w:rsidR="00AC2A3F" w:rsidRDefault="00000000">
      <w:r>
        <w:rPr>
          <w:b/>
        </w:rPr>
        <w:t>Any benefits or payments you receive, or write “Discuss privately”.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6DCB3864" w14:textId="77777777">
        <w:trPr>
          <w:trHeight w:val="121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11F48CD3" w14:textId="77777777" w:rsidR="00AC2A3F" w:rsidRDefault="00000000">
            <w:r>
              <w:br/>
            </w:r>
            <w:r>
              <w:br/>
            </w:r>
          </w:p>
        </w:tc>
      </w:tr>
    </w:tbl>
    <w:p w14:paraId="283F47F2" w14:textId="77777777" w:rsidR="00AC2A3F" w:rsidRDefault="00AC2A3F">
      <w:pPr>
        <w:spacing w:after="0" w:line="60" w:lineRule="exact"/>
      </w:pPr>
    </w:p>
    <w:p w14:paraId="1EB7CCE2" w14:textId="77777777" w:rsidR="00AC2A3F" w:rsidRDefault="00000000">
      <w:r>
        <w:t>We can discuss how taking part may relate to your payments.</w:t>
      </w:r>
    </w:p>
    <w:p w14:paraId="0C3BB5E6" w14:textId="77777777" w:rsidR="00BF0E3A" w:rsidRDefault="00BF0E3A">
      <w:pPr>
        <w:pStyle w:val="Heading2"/>
        <w:rPr>
          <w:rFonts w:ascii="Calibri" w:hAnsi="Calibri"/>
          <w:color w:val="B54F32"/>
        </w:rPr>
      </w:pPr>
    </w:p>
    <w:p w14:paraId="69BDEA14" w14:textId="77777777" w:rsidR="00AC2A3F" w:rsidRDefault="00000000">
      <w:pPr>
        <w:pStyle w:val="Heading2"/>
      </w:pPr>
      <w:r>
        <w:rPr>
          <w:rFonts w:ascii="Calibri" w:hAnsi="Calibri"/>
          <w:color w:val="B54F32"/>
        </w:rPr>
        <w:t>6. Support needs and barriers to taking part (optional)</w:t>
      </w:r>
    </w:p>
    <w:p w14:paraId="35CA03F1" w14:textId="77777777" w:rsidR="00AC2A3F" w:rsidRDefault="00000000">
      <w:r>
        <w:rPr>
          <w:b/>
        </w:rPr>
        <w:t>Travel, caring, timings, language, access, learning or other needs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AC2A3F" w14:paraId="5C20F27C" w14:textId="77777777">
        <w:trPr>
          <w:trHeight w:val="121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22060600" w14:textId="77777777" w:rsidR="00AC2A3F" w:rsidRDefault="00000000">
            <w:r>
              <w:br/>
            </w:r>
            <w:r>
              <w:br/>
            </w:r>
          </w:p>
        </w:tc>
      </w:tr>
    </w:tbl>
    <w:p w14:paraId="770359A2" w14:textId="77777777" w:rsidR="00AC2A3F" w:rsidRDefault="00AC2A3F">
      <w:pPr>
        <w:spacing w:after="0" w:line="60" w:lineRule="exact"/>
      </w:pPr>
    </w:p>
    <w:p w14:paraId="56928CD8" w14:textId="77777777" w:rsidR="00AC2A3F" w:rsidRDefault="00000000">
      <w:r>
        <w:t xml:space="preserve">Brief practical information is enough. You can </w:t>
      </w:r>
      <w:r w:rsidR="000E5C0A">
        <w:t xml:space="preserve">also </w:t>
      </w:r>
      <w:r>
        <w:t>write “Discuss privately”.</w:t>
      </w:r>
    </w:p>
    <w:p w14:paraId="4F321103" w14:textId="77777777" w:rsidR="00BF0E3A" w:rsidRDefault="00BF0E3A"/>
    <w:p w14:paraId="4EC37210" w14:textId="77777777" w:rsidR="00BF0E3A" w:rsidRDefault="00BF0E3A" w:rsidP="00BF0E3A">
      <w:pPr>
        <w:pStyle w:val="Heading2"/>
      </w:pPr>
      <w:r>
        <w:rPr>
          <w:rFonts w:ascii="Calibri" w:hAnsi="Calibri"/>
          <w:color w:val="B54F32"/>
        </w:rPr>
        <w:t xml:space="preserve">7. How did you hear about FUSE? </w:t>
      </w:r>
    </w:p>
    <w:p w14:paraId="3AFB9EB6" w14:textId="77777777" w:rsidR="00BF0E3A" w:rsidRDefault="00BF0E3A" w:rsidP="00BF0E3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6"/>
      </w:tblGrid>
      <w:tr w:rsidR="00BF0E3A" w14:paraId="641DA7F5" w14:textId="77777777" w:rsidTr="00CD3546">
        <w:trPr>
          <w:trHeight w:val="1210"/>
        </w:trPr>
        <w:tc>
          <w:tcPr>
            <w:tcW w:w="10368" w:type="dxa"/>
            <w:tcBorders>
              <w:top w:val="single" w:sz="5" w:space="0" w:color="D6DEE6"/>
              <w:left w:val="single" w:sz="5" w:space="0" w:color="D6DEE6"/>
              <w:bottom w:val="single" w:sz="5" w:space="0" w:color="D6DEE6"/>
              <w:right w:val="single" w:sz="5" w:space="0" w:color="D6DEE6"/>
            </w:tcBorders>
            <w:vAlign w:val="center"/>
          </w:tcPr>
          <w:p w14:paraId="62049038" w14:textId="77777777" w:rsidR="00BF0E3A" w:rsidRDefault="00BF0E3A" w:rsidP="00CD3546">
            <w:r>
              <w:br/>
            </w:r>
            <w:r>
              <w:br/>
            </w:r>
          </w:p>
        </w:tc>
      </w:tr>
    </w:tbl>
    <w:p w14:paraId="60C14642" w14:textId="77777777" w:rsidR="00BF0E3A" w:rsidRDefault="00BF0E3A" w:rsidP="00BF0E3A">
      <w:pPr>
        <w:spacing w:after="0" w:line="60" w:lineRule="exact"/>
      </w:pPr>
    </w:p>
    <w:p w14:paraId="71B12D29" w14:textId="77777777" w:rsidR="000E5C0A" w:rsidRDefault="000E5C0A">
      <w:pPr>
        <w:spacing w:after="0" w:line="60" w:lineRule="exact"/>
      </w:pPr>
    </w:p>
    <w:p w14:paraId="351E8045" w14:textId="77777777" w:rsidR="00AC2A3F" w:rsidRDefault="00AC2A3F">
      <w:pPr>
        <w:spacing w:after="0" w:line="60" w:lineRule="exact"/>
      </w:pPr>
    </w:p>
    <w:p w14:paraId="6E2BB300" w14:textId="77777777" w:rsidR="00361C5F" w:rsidRDefault="00000000">
      <w:pPr>
        <w:spacing w:before="520" w:after="0"/>
        <w:jc w:val="center"/>
      </w:pPr>
      <w:r>
        <w:rPr>
          <w:noProof/>
        </w:rPr>
        <w:drawing>
          <wp:inline distT="0" distB="0" distL="0" distR="0" wp14:anchorId="32755C3C" wp14:editId="5B6033AD">
            <wp:extent cx="6400800" cy="713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_funder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13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1C5F" w:rsidSect="00034616">
      <w:headerReference w:type="default" r:id="rId15"/>
      <w:pgSz w:w="12240" w:h="15840"/>
      <w:pgMar w:top="792" w:right="936" w:bottom="72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22EC" w14:textId="77777777" w:rsidR="00D45093" w:rsidRDefault="00D45093">
      <w:pPr>
        <w:spacing w:after="0" w:line="240" w:lineRule="auto"/>
      </w:pPr>
      <w:r>
        <w:separator/>
      </w:r>
    </w:p>
  </w:endnote>
  <w:endnote w:type="continuationSeparator" w:id="0">
    <w:p w14:paraId="431CE159" w14:textId="77777777" w:rsidR="00D45093" w:rsidRDefault="00D45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7451" w14:textId="77777777" w:rsidR="00D45093" w:rsidRDefault="00D45093">
      <w:pPr>
        <w:spacing w:after="0" w:line="240" w:lineRule="auto"/>
      </w:pPr>
      <w:r>
        <w:separator/>
      </w:r>
    </w:p>
  </w:footnote>
  <w:footnote w:type="continuationSeparator" w:id="0">
    <w:p w14:paraId="6C861308" w14:textId="77777777" w:rsidR="00D45093" w:rsidRDefault="00D45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C4FB" w14:textId="77777777" w:rsidR="00361C5F" w:rsidRDefault="00000000">
    <w:pPr>
      <w:pStyle w:val="Header"/>
    </w:pPr>
    <w:r>
      <w:rPr>
        <w:noProof/>
      </w:rPr>
      <w:drawing>
        <wp:anchor distT="0" distB="0" distL="0" distR="0" simplePos="0" relativeHeight="251658240" behindDoc="1" locked="0" layoutInCell="1" allowOverlap="1" wp14:anchorId="0E7E7F09" wp14:editId="25DC35D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l="0" t="0" r="0" b="0"/>
          <wp:wrapNone/>
          <wp:docPr id="1528085209" name="Picture 15280852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9219B2"/>
    <w:multiLevelType w:val="hybridMultilevel"/>
    <w:tmpl w:val="FE12BC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F352D4"/>
    <w:multiLevelType w:val="hybridMultilevel"/>
    <w:tmpl w:val="B1186FE0"/>
    <w:lvl w:ilvl="0" w:tplc="B04A94CA">
      <w:start w:val="1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35950223">
    <w:abstractNumId w:val="8"/>
  </w:num>
  <w:num w:numId="2" w16cid:durableId="1835561481">
    <w:abstractNumId w:val="6"/>
  </w:num>
  <w:num w:numId="3" w16cid:durableId="1044065868">
    <w:abstractNumId w:val="5"/>
  </w:num>
  <w:num w:numId="4" w16cid:durableId="2074768379">
    <w:abstractNumId w:val="4"/>
  </w:num>
  <w:num w:numId="5" w16cid:durableId="86467003">
    <w:abstractNumId w:val="7"/>
  </w:num>
  <w:num w:numId="6" w16cid:durableId="1439983522">
    <w:abstractNumId w:val="3"/>
  </w:num>
  <w:num w:numId="7" w16cid:durableId="250697075">
    <w:abstractNumId w:val="2"/>
  </w:num>
  <w:num w:numId="8" w16cid:durableId="1608270326">
    <w:abstractNumId w:val="1"/>
  </w:num>
  <w:num w:numId="9" w16cid:durableId="155000810">
    <w:abstractNumId w:val="0"/>
  </w:num>
  <w:num w:numId="10" w16cid:durableId="1280137349">
    <w:abstractNumId w:val="9"/>
  </w:num>
  <w:num w:numId="11" w16cid:durableId="7110298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5C0A"/>
    <w:rsid w:val="0015074B"/>
    <w:rsid w:val="00153814"/>
    <w:rsid w:val="0029639D"/>
    <w:rsid w:val="00326F90"/>
    <w:rsid w:val="00361C5F"/>
    <w:rsid w:val="003A2017"/>
    <w:rsid w:val="004B2FC1"/>
    <w:rsid w:val="00575FB8"/>
    <w:rsid w:val="005E6939"/>
    <w:rsid w:val="00821E47"/>
    <w:rsid w:val="008548F2"/>
    <w:rsid w:val="00AA1D8D"/>
    <w:rsid w:val="00AC2A3F"/>
    <w:rsid w:val="00B47730"/>
    <w:rsid w:val="00BF0E3A"/>
    <w:rsid w:val="00CB0664"/>
    <w:rsid w:val="00D450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914784"/>
  <w14:defaultImageDpi w14:val="300"/>
  <w15:docId w15:val="{E88EEB78-5B15-4D0E-A2B8-F920BD55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color w:val="132F5E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Calibri" w:hAnsi="Calibri"/>
      <w:color w:val="132F5E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alibri" w:hAnsi="Calibri"/>
      <w:color w:val="132F5E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Calibri" w:hAnsi="Calibri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BF0E3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0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ello@foodenteprise.zone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FUSE</dc:creator>
  <cp:keywords/>
  <dc:description>generated by python-docx</dc:description>
  <cp:lastModifiedBy>Orla Casey</cp:lastModifiedBy>
  <cp:revision>2</cp:revision>
  <dcterms:created xsi:type="dcterms:W3CDTF">2026-10-28T06:27:00Z</dcterms:created>
  <dcterms:modified xsi:type="dcterms:W3CDTF">2026-10-28T06:27:00Z</dcterms:modified>
  <cp:category/>
</cp:coreProperties>
</file>